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7B34B" w14:textId="77777777" w:rsidR="00CA7E4F" w:rsidRDefault="00000000">
      <w:pPr>
        <w:pStyle w:val="Naslov"/>
      </w:pPr>
      <w:r>
        <w:t>Obrazec za odstop od pogodbe</w:t>
      </w:r>
    </w:p>
    <w:p w14:paraId="58963503" w14:textId="77777777" w:rsidR="00CA7E4F" w:rsidRDefault="00000000">
      <w:r>
        <w:t>Ta obrazec izpolnite in pošljite le, če želite odstopiti od pogodbe. Namenjen je potrošniškemu odstopu brez navedbe razloga. Uporaba obrazca ni obvezna; zadostuje druga nedvoumna izjava.</w:t>
      </w:r>
    </w:p>
    <w:p w14:paraId="157C9C18" w14:textId="77777777" w:rsidR="00CA7E4F" w:rsidRDefault="00000000">
      <w:r>
        <w:rPr>
          <w:b/>
        </w:rPr>
        <w:t>Naslovnik:</w:t>
      </w:r>
      <w:r>
        <w:t xml:space="preserve"> Jutro, zavod za pomoč in oskrbo na domu, Kočevje, socialno podjetje, Reška cesta 23, 1330 Kočevje, Slovenija.</w:t>
      </w:r>
    </w:p>
    <w:p w14:paraId="687CFCB0" w14:textId="77777777" w:rsidR="00CA7E4F" w:rsidRDefault="00000000">
      <w:r>
        <w:rPr>
          <w:b/>
        </w:rPr>
        <w:t>E-pošta:</w:t>
      </w:r>
      <w:r>
        <w:t xml:space="preserve"> info@srebrnosrce.si</w:t>
      </w:r>
    </w:p>
    <w:p w14:paraId="1DF6E014" w14:textId="77777777" w:rsidR="00CA7E4F" w:rsidRDefault="00000000">
      <w:r>
        <w:t>Obveščam/-o vas, da odstopam/-o od pogodbe za prodajo naslednjega blaga oziroma za zagotavljanje naslednje storitve:</w:t>
      </w:r>
    </w:p>
    <w:p w14:paraId="22FF2793" w14:textId="77777777" w:rsidR="00CA7E4F" w:rsidRDefault="00000000">
      <w:r>
        <w:t>........................................................................................................................</w:t>
      </w:r>
    </w:p>
    <w:p w14:paraId="319DF0BE" w14:textId="77777777" w:rsidR="00CA7E4F" w:rsidRDefault="00000000">
      <w:r>
        <w:t>........................................................................................................................</w:t>
      </w:r>
    </w:p>
    <w:p w14:paraId="132987A9" w14:textId="77777777" w:rsidR="00CA7E4F" w:rsidRDefault="00000000">
      <w:r>
        <w:t>Naročeno dne / prejeto dne: ..............................................................................</w:t>
      </w:r>
    </w:p>
    <w:p w14:paraId="3B4621AE" w14:textId="77777777" w:rsidR="00CA7E4F" w:rsidRDefault="00000000">
      <w:r>
        <w:t>Številka naročila ali drugi podatki za identifikacijo pogodbe: ..................................</w:t>
      </w:r>
    </w:p>
    <w:p w14:paraId="0C86EE66" w14:textId="77777777" w:rsidR="00CA7E4F" w:rsidRDefault="00000000">
      <w:r>
        <w:t>Ime in priimek potrošnika oziroma potrošnikov: ..................................................</w:t>
      </w:r>
    </w:p>
    <w:p w14:paraId="2F747EE5" w14:textId="77777777" w:rsidR="00CA7E4F" w:rsidRDefault="00000000">
      <w:r>
        <w:t>........................................................................................................................</w:t>
      </w:r>
    </w:p>
    <w:p w14:paraId="2334E7BE" w14:textId="77777777" w:rsidR="00CA7E4F" w:rsidRDefault="00000000">
      <w:r>
        <w:t>Naslov potrošnika oziroma potrošnikov: .............................................................</w:t>
      </w:r>
    </w:p>
    <w:p w14:paraId="3FAB219D" w14:textId="77777777" w:rsidR="00CA7E4F" w:rsidRDefault="00000000">
      <w:r>
        <w:t>........................................................................................................................</w:t>
      </w:r>
    </w:p>
    <w:p w14:paraId="233569B7" w14:textId="77777777" w:rsidR="00CA7E4F" w:rsidRDefault="00000000">
      <w:r>
        <w:t>E-naslov za potrditev prejema, če ga želite: .........................................................</w:t>
      </w:r>
    </w:p>
    <w:p w14:paraId="5325579D" w14:textId="77777777" w:rsidR="00CA7E4F" w:rsidRDefault="00000000">
      <w:r>
        <w:t>Datum: ............................................................................................................</w:t>
      </w:r>
    </w:p>
    <w:p w14:paraId="5A9EFC79" w14:textId="77777777" w:rsidR="00CA7E4F" w:rsidRDefault="00000000">
      <w:r>
        <w:t>Podpis potrošnika oziroma potrošnikov, samo pri papirni izjavi:</w:t>
      </w:r>
    </w:p>
    <w:p w14:paraId="20489104" w14:textId="77777777" w:rsidR="00CA7E4F" w:rsidRDefault="00000000">
      <w:r>
        <w:t>........................................................................................................................</w:t>
      </w:r>
    </w:p>
    <w:p w14:paraId="1AEFFEE0" w14:textId="77777777" w:rsidR="00CA7E4F" w:rsidRDefault="00000000">
      <w:r>
        <w:t>Neustrezne možnosti prečrtajte. Za odstop ni treba navesti razloga. Navedba številke naročila pomaga pri obravnavi; če je nimate, nakup opišite drugače.</w:t>
      </w:r>
    </w:p>
    <w:p w14:paraId="0411A89A" w14:textId="77777777" w:rsidR="00CA7E4F" w:rsidRDefault="00000000">
      <w:r>
        <w:rPr>
          <w:b/>
        </w:rPr>
        <w:t>Vračilo blaga:</w:t>
      </w:r>
      <w:r>
        <w:t xml:space="preserve"> Zavod Jutro, Kočevje, so.p., Reška cesta 23, 1330 Kočevje. Blago pošljite najpozneje v 14 dneh po obvestilu o odstopu. Neposredni strošek vračila brezhibnega blaga krijete sami. Informacije o izjemah, povračilu plačil in vaših pravicah so v Splošnih pogojih poslovanja.</w:t>
      </w:r>
    </w:p>
    <w:p w14:paraId="56BC7536" w14:textId="15B23541" w:rsidR="00CA7E4F" w:rsidRDefault="00000000">
      <w:r>
        <w:t>Podatke uporabimo za obravnavo odstopa in izpolnitev z njim povezanih obveznosti. Dodatne informacije so v Politiki zasebnosti. Ne pošiljajte številke kartice ali varnostne kode.</w:t>
      </w:r>
    </w:p>
    <w:sectPr w:rsidR="00CA7E4F" w:rsidSect="00034616">
      <w:footerReference w:type="default" r:id="rId8"/>
      <w:pgSz w:w="12240" w:h="15840"/>
      <w:pgMar w:top="1037" w:right="1152" w:bottom="1008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03A0" w14:textId="77777777" w:rsidR="0068670F" w:rsidRDefault="0068670F">
      <w:pPr>
        <w:spacing w:after="0" w:line="240" w:lineRule="auto"/>
      </w:pPr>
      <w:r>
        <w:separator/>
      </w:r>
    </w:p>
  </w:endnote>
  <w:endnote w:type="continuationSeparator" w:id="0">
    <w:p w14:paraId="0A562A58" w14:textId="77777777" w:rsidR="0068670F" w:rsidRDefault="00686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9E5D" w14:textId="77777777" w:rsidR="00CA7E4F" w:rsidRDefault="00000000">
    <w:pPr>
      <w:pStyle w:val="Noga"/>
      <w:jc w:val="right"/>
    </w:pPr>
    <w:proofErr w:type="spellStart"/>
    <w:r>
      <w:rPr>
        <w:sz w:val="18"/>
      </w:rPr>
      <w:t>Srebrno</w:t>
    </w:r>
    <w:proofErr w:type="spellEnd"/>
    <w:r>
      <w:rPr>
        <w:sz w:val="18"/>
      </w:rPr>
      <w:t xml:space="preserve"> </w:t>
    </w:r>
    <w:proofErr w:type="spellStart"/>
    <w:proofErr w:type="gramStart"/>
    <w:r>
      <w:rPr>
        <w:sz w:val="18"/>
      </w:rPr>
      <w:t>srce</w:t>
    </w:r>
    <w:proofErr w:type="spellEnd"/>
    <w:r>
      <w:rPr>
        <w:sz w:val="18"/>
      </w:rPr>
      <w:t xml:space="preserve">  |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DE4A7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57D6" w14:textId="77777777" w:rsidR="0068670F" w:rsidRDefault="0068670F">
      <w:pPr>
        <w:spacing w:after="0" w:line="240" w:lineRule="auto"/>
      </w:pPr>
      <w:r>
        <w:separator/>
      </w:r>
    </w:p>
  </w:footnote>
  <w:footnote w:type="continuationSeparator" w:id="0">
    <w:p w14:paraId="751DA60D" w14:textId="77777777" w:rsidR="0068670F" w:rsidRDefault="00686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0245592">
    <w:abstractNumId w:val="8"/>
  </w:num>
  <w:num w:numId="2" w16cid:durableId="1210074954">
    <w:abstractNumId w:val="6"/>
  </w:num>
  <w:num w:numId="3" w16cid:durableId="1322075232">
    <w:abstractNumId w:val="5"/>
  </w:num>
  <w:num w:numId="4" w16cid:durableId="1021053178">
    <w:abstractNumId w:val="4"/>
  </w:num>
  <w:num w:numId="5" w16cid:durableId="15935967">
    <w:abstractNumId w:val="7"/>
  </w:num>
  <w:num w:numId="6" w16cid:durableId="1692147507">
    <w:abstractNumId w:val="3"/>
  </w:num>
  <w:num w:numId="7" w16cid:durableId="629480949">
    <w:abstractNumId w:val="2"/>
  </w:num>
  <w:num w:numId="8" w16cid:durableId="1404061672">
    <w:abstractNumId w:val="1"/>
  </w:num>
  <w:num w:numId="9" w16cid:durableId="22711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670F"/>
    <w:rsid w:val="0097177E"/>
    <w:rsid w:val="00AA1D8D"/>
    <w:rsid w:val="00B47730"/>
    <w:rsid w:val="00CA7E4F"/>
    <w:rsid w:val="00CB0664"/>
    <w:rsid w:val="00DE4A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B2811"/>
  <w14:defaultImageDpi w14:val="300"/>
  <w15:docId w15:val="{CF914889-3EF5-42DF-A2F3-9141F6BB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40" w:line="262" w:lineRule="auto"/>
    </w:pPr>
    <w:rPr>
      <w:rFonts w:ascii="Arial" w:hAnsi="Arial"/>
      <w:color w:val="00000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Odpoved ali premor naročnine</dc:title>
  <dc:subject>Srebrno srce spletne vsebine in pogoji</dc:subject>
  <dc:creator>Zavod Jutro, Kočevje, so.p.</dc:creator>
  <cp:keywords/>
  <dc:description>generated by python-docx</dc:description>
  <cp:lastModifiedBy>Alex</cp:lastModifiedBy>
  <cp:revision>2</cp:revision>
  <dcterms:created xsi:type="dcterms:W3CDTF">2026-09-14T07:28:00Z</dcterms:created>
  <dcterms:modified xsi:type="dcterms:W3CDTF">2026-09-14T07:28:00Z</dcterms:modified>
  <cp:category/>
</cp:coreProperties>
</file>