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9327E" w14:textId="77777777" w:rsidR="00A32A7B" w:rsidRDefault="00000000">
      <w:pPr>
        <w:pStyle w:val="Naslov"/>
      </w:pPr>
      <w:proofErr w:type="spellStart"/>
      <w:r>
        <w:t>Odpoved</w:t>
      </w:r>
      <w:proofErr w:type="spellEnd"/>
      <w:r>
        <w:t xml:space="preserve"> </w:t>
      </w:r>
      <w:proofErr w:type="spellStart"/>
      <w:r>
        <w:t>ali</w:t>
      </w:r>
      <w:proofErr w:type="spellEnd"/>
      <w:r>
        <w:t xml:space="preserve"> </w:t>
      </w:r>
      <w:proofErr w:type="spellStart"/>
      <w:r>
        <w:t>premor</w:t>
      </w:r>
      <w:proofErr w:type="spellEnd"/>
      <w:r>
        <w:t xml:space="preserve"> </w:t>
      </w:r>
      <w:proofErr w:type="spellStart"/>
      <w:r>
        <w:t>naročnine</w:t>
      </w:r>
      <w:proofErr w:type="spellEnd"/>
    </w:p>
    <w:p w14:paraId="7F32D427" w14:textId="77777777" w:rsidR="00A32A7B" w:rsidRDefault="00000000">
      <w:r>
        <w:t>S tem obrazcem lahko uredite prihodnje dobave naročniškega paketa. Za zakonski odstop od pogodbe brez razloga uporabite izjavo o odstopu. Za težavo z dobavljenim izdelkom uporabite obvestilo o neskladnosti.</w:t>
      </w:r>
    </w:p>
    <w:p w14:paraId="5C01C7D7" w14:textId="77777777" w:rsidR="00A32A7B" w:rsidRDefault="00000000">
      <w:r>
        <w:rPr>
          <w:b/>
        </w:rPr>
        <w:t>Naslovnik:</w:t>
      </w:r>
      <w:r>
        <w:t xml:space="preserve"> Zavod Jutro, Kočevje, so.p., Reška cesta 23, 1330 Kočevje.</w:t>
      </w:r>
    </w:p>
    <w:p w14:paraId="4B5C5DB2" w14:textId="77777777" w:rsidR="00A32A7B" w:rsidRDefault="00000000">
      <w:r>
        <w:rPr>
          <w:b/>
        </w:rPr>
        <w:t>E-pošta:</w:t>
      </w:r>
      <w:r>
        <w:t xml:space="preserve"> info@srebrnosrce.si. </w:t>
      </w:r>
      <w:r>
        <w:rPr>
          <w:b/>
        </w:rPr>
        <w:t>Telefon:</w:t>
      </w:r>
      <w:r>
        <w:t xml:space="preserve"> 041 300 747.</w:t>
      </w:r>
    </w:p>
    <w:p w14:paraId="3183404B" w14:textId="77777777" w:rsidR="00A32A7B" w:rsidRDefault="00000000">
      <w:r>
        <w:t>Ime in priimek naročnika: ...................................................................................</w:t>
      </w:r>
    </w:p>
    <w:p w14:paraId="134653CB" w14:textId="77777777" w:rsidR="00A32A7B" w:rsidRDefault="00000000">
      <w:r>
        <w:t>E-naslov ali drugi kontakt za odgovor: ................................................................</w:t>
      </w:r>
    </w:p>
    <w:p w14:paraId="0C093E5C" w14:textId="77777777" w:rsidR="00A32A7B" w:rsidRDefault="00000000">
      <w:r>
        <w:t>Številka naročnine ali drugi podatki za prepoznavo: ..............................................</w:t>
      </w:r>
    </w:p>
    <w:p w14:paraId="59A9F7F5" w14:textId="77777777" w:rsidR="00A32A7B" w:rsidRDefault="00000000">
      <w:r>
        <w:t>Ime prejemnika, če je druga oseba: ....................................................................</w:t>
      </w:r>
    </w:p>
    <w:p w14:paraId="689A561B" w14:textId="77777777" w:rsidR="00A32A7B" w:rsidRDefault="00000000">
      <w:r>
        <w:rPr>
          <w:b/>
        </w:rPr>
        <w:t>Izberite želeno dejanje z obkrožitvijo ali jasnim zapisom:</w:t>
      </w:r>
    </w:p>
    <w:p w14:paraId="03E63D6D" w14:textId="77777777" w:rsidR="00A32A7B" w:rsidRDefault="00000000">
      <w:pPr>
        <w:pStyle w:val="Oznaenseznam"/>
      </w:pPr>
      <w:r>
        <w:t>Odpoved naročnine in ustavitev prihodnjih dobav.</w:t>
      </w:r>
    </w:p>
    <w:p w14:paraId="32CF3C7D" w14:textId="77777777" w:rsidR="00A32A7B" w:rsidRDefault="00000000">
      <w:pPr>
        <w:pStyle w:val="Oznaenseznam"/>
      </w:pPr>
      <w:r>
        <w:t>Premor naročnine do spodaj navedenega datuma.</w:t>
      </w:r>
    </w:p>
    <w:p w14:paraId="53506299" w14:textId="77777777" w:rsidR="00A32A7B" w:rsidRDefault="00000000">
      <w:pPr>
        <w:pStyle w:val="Oznaenseznam"/>
      </w:pPr>
      <w:r>
        <w:t>Sprememba intervala ali naslova prihodnjih dobav.</w:t>
      </w:r>
    </w:p>
    <w:p w14:paraId="4DE36398" w14:textId="77777777" w:rsidR="00A32A7B" w:rsidRDefault="00000000">
      <w:r>
        <w:t>Predlagani datum konca premora: .....................................................................</w:t>
      </w:r>
    </w:p>
    <w:p w14:paraId="27709A28" w14:textId="77777777" w:rsidR="00A32A7B" w:rsidRDefault="00000000">
      <w:r>
        <w:t>Predlagani novi interval, če ga spreminjate: .........................................................</w:t>
      </w:r>
    </w:p>
    <w:p w14:paraId="25D6C580" w14:textId="77777777" w:rsidR="00A32A7B" w:rsidRDefault="00000000">
      <w:r>
        <w:t>Novi naslov, če ga spreminjate: .........................................................................</w:t>
      </w:r>
    </w:p>
    <w:p w14:paraId="3B639897" w14:textId="77777777" w:rsidR="00A32A7B" w:rsidRDefault="00000000">
      <w:r>
        <w:t>........................................................................................................................</w:t>
      </w:r>
    </w:p>
    <w:p w14:paraId="76E1B191" w14:textId="77777777" w:rsidR="00A32A7B" w:rsidRDefault="00000000">
      <w:r>
        <w:t>Dodatno sporočilo, neobvezno:</w:t>
      </w:r>
    </w:p>
    <w:p w14:paraId="4B660A47" w14:textId="77777777" w:rsidR="00A32A7B" w:rsidRDefault="00000000">
      <w:r>
        <w:t>........................................................................................................................</w:t>
      </w:r>
    </w:p>
    <w:p w14:paraId="24A51059" w14:textId="77777777" w:rsidR="00A32A7B" w:rsidRDefault="00000000">
      <w:r>
        <w:t>........................................................................................................................</w:t>
      </w:r>
    </w:p>
    <w:p w14:paraId="6B70F5E7" w14:textId="77777777" w:rsidR="00A32A7B" w:rsidRDefault="00000000">
      <w:r>
        <w:t>Datum oddaje: .................................................................................................</w:t>
      </w:r>
    </w:p>
    <w:p w14:paraId="67969B5F" w14:textId="77777777" w:rsidR="00A32A7B" w:rsidRDefault="00000000">
      <w:r>
        <w:t>Podpis pri papirni oddaji, če ga želite: ..................................................................</w:t>
      </w:r>
    </w:p>
    <w:p w14:paraId="17D3807A" w14:textId="77777777" w:rsidR="00A32A7B" w:rsidRDefault="00000000">
      <w:r>
        <w:t>Razloga za odpoved ni treba navesti. Odpoved je brez odpovedne pristojbine. Če jo prejmemo pred odpremo naslednjega paketa, ustavimo tudi to dobavo; morebitno plačilo za še neodpremljeni paket vrnemo skladno s Posebnimi pogoji naročnine. Že odpremljeni paket obravnavamo ločeno, pri čemer zakonske pravice ostanejo nespremenjene.</w:t>
      </w:r>
    </w:p>
    <w:p w14:paraId="27F4908E" w14:textId="77777777" w:rsidR="00A32A7B" w:rsidRDefault="00000000">
      <w:r>
        <w:t>Po prejemu vam pošljemo potrdilo z učinkom odpovedi oziroma dogovorjenimi podatki o premoru ali spremembi. Odpoved ni odvisna od odprtja uporabniškega računa in jo lahko podate tudi drugače prek objavljenih kontaktov.</w:t>
      </w:r>
    </w:p>
    <w:sectPr w:rsidR="00A32A7B" w:rsidSect="00034616">
      <w:footerReference w:type="default" r:id="rId8"/>
      <w:pgSz w:w="12240" w:h="15840"/>
      <w:pgMar w:top="1037" w:right="1152" w:bottom="1008" w:left="1152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792E3" w14:textId="77777777" w:rsidR="00C52856" w:rsidRDefault="00C52856">
      <w:pPr>
        <w:spacing w:after="0" w:line="240" w:lineRule="auto"/>
      </w:pPr>
      <w:r>
        <w:separator/>
      </w:r>
    </w:p>
  </w:endnote>
  <w:endnote w:type="continuationSeparator" w:id="0">
    <w:p w14:paraId="05882838" w14:textId="77777777" w:rsidR="00C52856" w:rsidRDefault="00C52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B5E0F" w14:textId="77777777" w:rsidR="00A32A7B" w:rsidRDefault="00000000">
    <w:pPr>
      <w:pStyle w:val="Noga"/>
      <w:jc w:val="right"/>
    </w:pPr>
    <w:proofErr w:type="spellStart"/>
    <w:r>
      <w:rPr>
        <w:sz w:val="18"/>
      </w:rPr>
      <w:t>Srebrno</w:t>
    </w:r>
    <w:proofErr w:type="spellEnd"/>
    <w:r>
      <w:rPr>
        <w:sz w:val="18"/>
      </w:rPr>
      <w:t xml:space="preserve"> </w:t>
    </w:r>
    <w:proofErr w:type="spellStart"/>
    <w:proofErr w:type="gramStart"/>
    <w:r>
      <w:rPr>
        <w:sz w:val="18"/>
      </w:rPr>
      <w:t>srce</w:t>
    </w:r>
    <w:proofErr w:type="spellEnd"/>
    <w:r>
      <w:rPr>
        <w:sz w:val="18"/>
      </w:rPr>
      <w:t xml:space="preserve">  |</w:t>
    </w:r>
    <w:proofErr w:type="gramEnd"/>
    <w:r>
      <w:rPr>
        <w:sz w:val="18"/>
      </w:rPr>
      <w:t xml:space="preserve">  </w:t>
    </w:r>
    <w:r>
      <w:fldChar w:fldCharType="begin"/>
    </w:r>
    <w:r>
      <w:instrText>PAGE</w:instrText>
    </w:r>
    <w:r>
      <w:fldChar w:fldCharType="separate"/>
    </w:r>
    <w:r w:rsidR="00292A8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C4706" w14:textId="77777777" w:rsidR="00C52856" w:rsidRDefault="00C52856">
      <w:pPr>
        <w:spacing w:after="0" w:line="240" w:lineRule="auto"/>
      </w:pPr>
      <w:r>
        <w:separator/>
      </w:r>
    </w:p>
  </w:footnote>
  <w:footnote w:type="continuationSeparator" w:id="0">
    <w:p w14:paraId="00D0EB31" w14:textId="77777777" w:rsidR="00C52856" w:rsidRDefault="00C528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3950657">
    <w:abstractNumId w:val="8"/>
  </w:num>
  <w:num w:numId="2" w16cid:durableId="897471932">
    <w:abstractNumId w:val="6"/>
  </w:num>
  <w:num w:numId="3" w16cid:durableId="1818254635">
    <w:abstractNumId w:val="5"/>
  </w:num>
  <w:num w:numId="4" w16cid:durableId="158620815">
    <w:abstractNumId w:val="4"/>
  </w:num>
  <w:num w:numId="5" w16cid:durableId="372079920">
    <w:abstractNumId w:val="7"/>
  </w:num>
  <w:num w:numId="6" w16cid:durableId="155999245">
    <w:abstractNumId w:val="3"/>
  </w:num>
  <w:num w:numId="7" w16cid:durableId="1677071964">
    <w:abstractNumId w:val="2"/>
  </w:num>
  <w:num w:numId="8" w16cid:durableId="1879782873">
    <w:abstractNumId w:val="1"/>
  </w:num>
  <w:num w:numId="9" w16cid:durableId="1213924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2A87"/>
    <w:rsid w:val="0029639D"/>
    <w:rsid w:val="00326F90"/>
    <w:rsid w:val="0097177E"/>
    <w:rsid w:val="00A32A7B"/>
    <w:rsid w:val="00AA1D8D"/>
    <w:rsid w:val="00B47730"/>
    <w:rsid w:val="00C5285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B5AD4C"/>
  <w14:defaultImageDpi w14:val="300"/>
  <w15:docId w15:val="{CF914889-3EF5-42DF-A2F3-9141F6BB8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pPr>
      <w:spacing w:after="140" w:line="262" w:lineRule="auto"/>
    </w:pPr>
    <w:rPr>
      <w:rFonts w:ascii="Arial" w:hAnsi="Arial"/>
      <w:color w:val="000000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keepNext/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6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Odpoved ali premor naročnine</dc:title>
  <dc:subject>Srebrno srce spletne vsebine in pogoji</dc:subject>
  <dc:creator>Zavod Jutro, Kočevje, so.p.</dc:creator>
  <cp:keywords/>
  <dc:description>generated by python-docx</dc:description>
  <cp:lastModifiedBy>Alex</cp:lastModifiedBy>
  <cp:revision>2</cp:revision>
  <dcterms:created xsi:type="dcterms:W3CDTF">2026-09-14T07:30:00Z</dcterms:created>
  <dcterms:modified xsi:type="dcterms:W3CDTF">2026-09-14T07:30:00Z</dcterms:modified>
  <cp:category/>
</cp:coreProperties>
</file>