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4B98" w14:textId="77777777" w:rsidR="0049564B" w:rsidRDefault="00000000">
      <w:pPr>
        <w:pStyle w:val="Naslov"/>
      </w:pPr>
      <w:proofErr w:type="spellStart"/>
      <w:r>
        <w:t>Obvestilo</w:t>
      </w:r>
      <w:proofErr w:type="spellEnd"/>
      <w:r>
        <w:t xml:space="preserve"> o </w:t>
      </w:r>
      <w:proofErr w:type="spellStart"/>
      <w:r>
        <w:t>neskladnosti</w:t>
      </w:r>
      <w:proofErr w:type="spellEnd"/>
      <w:r>
        <w:t xml:space="preserve"> </w:t>
      </w:r>
      <w:proofErr w:type="spellStart"/>
      <w:r>
        <w:t>blaga</w:t>
      </w:r>
      <w:proofErr w:type="spellEnd"/>
    </w:p>
    <w:p w14:paraId="04C1B0B5" w14:textId="77777777" w:rsidR="0049564B" w:rsidRDefault="00000000">
      <w:r>
        <w:t>Obrazec je namenjen prijavi napačnega, poškodovanega, nepopolnega ali drugače neskladnega blaga. Njegova uporaba ni obvezna. O težavi nas lahko obvestite tudi z drugim jasnim sporočilom.</w:t>
      </w:r>
    </w:p>
    <w:p w14:paraId="15A4C2DC" w14:textId="77777777" w:rsidR="0049564B" w:rsidRDefault="00000000">
      <w:r>
        <w:rPr>
          <w:b/>
        </w:rPr>
        <w:t>Naslovnik:</w:t>
      </w:r>
      <w:r>
        <w:t xml:space="preserve"> Zavod Jutro, Kočevje, so.p., Reška cesta 23, 1330 Kočevje.</w:t>
      </w:r>
    </w:p>
    <w:p w14:paraId="6CD420C0" w14:textId="77777777" w:rsidR="0049564B" w:rsidRDefault="00000000">
      <w:r>
        <w:rPr>
          <w:b/>
        </w:rPr>
        <w:t>E-pošta:</w:t>
      </w:r>
      <w:r>
        <w:t xml:space="preserve"> info@srebrnosrce.si. </w:t>
      </w:r>
      <w:r>
        <w:rPr>
          <w:b/>
        </w:rPr>
        <w:t>Telefon:</w:t>
      </w:r>
      <w:r>
        <w:t xml:space="preserve"> 041 300 747.</w:t>
      </w:r>
    </w:p>
    <w:p w14:paraId="20F953BF" w14:textId="77777777" w:rsidR="0049564B" w:rsidRDefault="00000000">
      <w:r>
        <w:t>Ime in priimek kupca: .......................................................................................</w:t>
      </w:r>
    </w:p>
    <w:p w14:paraId="180E92BE" w14:textId="77777777" w:rsidR="0049564B" w:rsidRDefault="00000000">
      <w:r>
        <w:t>Kontakt za odgovor: ........................................................................................</w:t>
      </w:r>
    </w:p>
    <w:p w14:paraId="02203A06" w14:textId="77777777" w:rsidR="0049564B" w:rsidRDefault="00000000">
      <w:r>
        <w:t>Številka naročila ali drugi podatki o nakupu: ........................................................</w:t>
      </w:r>
    </w:p>
    <w:p w14:paraId="295EB818" w14:textId="77777777" w:rsidR="0049564B" w:rsidRDefault="00000000">
      <w:r>
        <w:t>Naziv izdelka in količina: ...................................................................................</w:t>
      </w:r>
    </w:p>
    <w:p w14:paraId="31C9483D" w14:textId="77777777" w:rsidR="0049564B" w:rsidRDefault="00000000">
      <w:r>
        <w:t>Datum dobave: ................................................................................................</w:t>
      </w:r>
    </w:p>
    <w:p w14:paraId="11E51CA3" w14:textId="77777777" w:rsidR="0049564B" w:rsidRDefault="00000000">
      <w:r>
        <w:t>Datum ugotovitve neskladnosti: .........................................................................</w:t>
      </w:r>
    </w:p>
    <w:p w14:paraId="1D884FD7" w14:textId="77777777" w:rsidR="0049564B" w:rsidRDefault="00000000">
      <w:r>
        <w:t>Opis neskladnosti:</w:t>
      </w:r>
    </w:p>
    <w:p w14:paraId="116BAE8B" w14:textId="77777777" w:rsidR="0049564B" w:rsidRDefault="00000000">
      <w:r>
        <w:t>........................................................................................................................</w:t>
      </w:r>
    </w:p>
    <w:p w14:paraId="6B13D041" w14:textId="77777777" w:rsidR="0049564B" w:rsidRDefault="00000000">
      <w:r>
        <w:t>........................................................................................................................</w:t>
      </w:r>
    </w:p>
    <w:p w14:paraId="72292B92" w14:textId="77777777" w:rsidR="0049564B" w:rsidRDefault="00000000">
      <w:r>
        <w:t>........................................................................................................................</w:t>
      </w:r>
    </w:p>
    <w:p w14:paraId="307977DA" w14:textId="77777777" w:rsidR="0049564B" w:rsidRDefault="00000000">
      <w:r>
        <w:rPr>
          <w:b/>
        </w:rPr>
        <w:t>Želeni zahtevek</w:t>
      </w:r>
      <w:r>
        <w:t xml:space="preserve"> navedite ob upoštevanju zakonskih pogojev: popravilo, zamenjava, sorazmerno znižanje kupnine ali odstop od pogodbe zaradi neskladnosti.</w:t>
      </w:r>
    </w:p>
    <w:p w14:paraId="3EF7AAC1" w14:textId="77777777" w:rsidR="0049564B" w:rsidRDefault="00000000">
      <w:r>
        <w:t>........................................................................................................................</w:t>
      </w:r>
    </w:p>
    <w:p w14:paraId="3E5E8FAC" w14:textId="77777777" w:rsidR="0049564B" w:rsidRDefault="00000000">
      <w:r>
        <w:t>Če želite neposredni odstop ali znižanje kupnine, lahko dopišete pomembne okoliščine, npr. pojav neskladnosti v manj kot 30 dneh od dobave ali neuspešno vzpostavitev skladnosti:</w:t>
      </w:r>
    </w:p>
    <w:p w14:paraId="4CBA7FFE" w14:textId="77777777" w:rsidR="0049564B" w:rsidRDefault="00000000">
      <w:r>
        <w:t>........................................................................................................................</w:t>
      </w:r>
    </w:p>
    <w:p w14:paraId="29CD0A31" w14:textId="77777777" w:rsidR="0049564B" w:rsidRDefault="00000000">
      <w:r>
        <w:t>Razpoložljivost blaga za pregled oziroma predlog prevzema: ................................</w:t>
      </w:r>
    </w:p>
    <w:p w14:paraId="3A0CC840" w14:textId="77777777" w:rsidR="0049564B" w:rsidRDefault="00000000">
      <w:r>
        <w:t>........................................................................................................................</w:t>
      </w:r>
    </w:p>
    <w:p w14:paraId="176B1FE9" w14:textId="77777777" w:rsidR="0049564B" w:rsidRDefault="00000000">
      <w:r>
        <w:t>Priloge, če so na voljo in koristne: .......................................................................</w:t>
      </w:r>
    </w:p>
    <w:p w14:paraId="03B3ED43" w14:textId="77777777" w:rsidR="0049564B" w:rsidRDefault="00000000">
      <w:r>
        <w:t>Datum: ............................................................................................................</w:t>
      </w:r>
    </w:p>
    <w:p w14:paraId="28A1DEFC" w14:textId="77777777" w:rsidR="0049564B" w:rsidRDefault="00000000">
      <w:r>
        <w:t>Podpis pri papirni oddaji, če ga želite: ..................................................................</w:t>
      </w:r>
    </w:p>
    <w:p w14:paraId="01D02ACD" w14:textId="34CA54CE" w:rsidR="0049564B" w:rsidRDefault="00000000">
      <w:r>
        <w:rPr>
          <w:b/>
        </w:rPr>
        <w:t>Pojasnilo:</w:t>
      </w:r>
      <w:r>
        <w:t xml:space="preserve"> fotografije in originalna embalaža niso splošen pogoj za zahtevek. Nakup je mogoče dokazovati tudi drugače kot z originalnim računom. Pri utemeljenem zahtevku potrebne stroške nosi ponudnik. Ob neskladnosti nas obvestite v dveh mesecih od ugotovitve in omogočite pregled. Podrobne pravice in roki so v Splošnih pogojih poslovanja.</w:t>
      </w:r>
    </w:p>
    <w:sectPr w:rsidR="0049564B" w:rsidSect="00034616">
      <w:footerReference w:type="default" r:id="rId8"/>
      <w:pgSz w:w="12240" w:h="15840"/>
      <w:pgMar w:top="1037" w:right="1152" w:bottom="1008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AD6E" w14:textId="77777777" w:rsidR="0045709F" w:rsidRDefault="0045709F">
      <w:pPr>
        <w:spacing w:after="0" w:line="240" w:lineRule="auto"/>
      </w:pPr>
      <w:r>
        <w:separator/>
      </w:r>
    </w:p>
  </w:endnote>
  <w:endnote w:type="continuationSeparator" w:id="0">
    <w:p w14:paraId="5545A9E6" w14:textId="77777777" w:rsidR="0045709F" w:rsidRDefault="00457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0800" w14:textId="77777777" w:rsidR="0049564B" w:rsidRDefault="00000000">
    <w:pPr>
      <w:pStyle w:val="Noga"/>
      <w:jc w:val="right"/>
    </w:pPr>
    <w:proofErr w:type="spellStart"/>
    <w:r>
      <w:rPr>
        <w:sz w:val="18"/>
      </w:rPr>
      <w:t>Srebrno</w:t>
    </w:r>
    <w:proofErr w:type="spellEnd"/>
    <w:r>
      <w:rPr>
        <w:sz w:val="18"/>
      </w:rPr>
      <w:t xml:space="preserve"> </w:t>
    </w:r>
    <w:proofErr w:type="spellStart"/>
    <w:proofErr w:type="gramStart"/>
    <w:r>
      <w:rPr>
        <w:sz w:val="18"/>
      </w:rPr>
      <w:t>srce</w:t>
    </w:r>
    <w:proofErr w:type="spellEnd"/>
    <w:r>
      <w:rPr>
        <w:sz w:val="18"/>
      </w:rPr>
      <w:t xml:space="preserve">  |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0F74B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1CE7" w14:textId="77777777" w:rsidR="0045709F" w:rsidRDefault="0045709F">
      <w:pPr>
        <w:spacing w:after="0" w:line="240" w:lineRule="auto"/>
      </w:pPr>
      <w:r>
        <w:separator/>
      </w:r>
    </w:p>
  </w:footnote>
  <w:footnote w:type="continuationSeparator" w:id="0">
    <w:p w14:paraId="3908FD25" w14:textId="77777777" w:rsidR="0045709F" w:rsidRDefault="004570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6966150">
    <w:abstractNumId w:val="8"/>
  </w:num>
  <w:num w:numId="2" w16cid:durableId="1426076380">
    <w:abstractNumId w:val="6"/>
  </w:num>
  <w:num w:numId="3" w16cid:durableId="1651134998">
    <w:abstractNumId w:val="5"/>
  </w:num>
  <w:num w:numId="4" w16cid:durableId="1847011395">
    <w:abstractNumId w:val="4"/>
  </w:num>
  <w:num w:numId="5" w16cid:durableId="624316924">
    <w:abstractNumId w:val="7"/>
  </w:num>
  <w:num w:numId="6" w16cid:durableId="1992175548">
    <w:abstractNumId w:val="3"/>
  </w:num>
  <w:num w:numId="7" w16cid:durableId="617831593">
    <w:abstractNumId w:val="2"/>
  </w:num>
  <w:num w:numId="8" w16cid:durableId="1929582688">
    <w:abstractNumId w:val="1"/>
  </w:num>
  <w:num w:numId="9" w16cid:durableId="158591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74B0"/>
    <w:rsid w:val="0015074B"/>
    <w:rsid w:val="0029639D"/>
    <w:rsid w:val="00326F90"/>
    <w:rsid w:val="0045709F"/>
    <w:rsid w:val="0049564B"/>
    <w:rsid w:val="0097177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73DAE"/>
  <w14:defaultImageDpi w14:val="300"/>
  <w15:docId w15:val="{CF914889-3EF5-42DF-A2F3-9141F6BB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40" w:line="262" w:lineRule="auto"/>
    </w:pPr>
    <w:rPr>
      <w:rFonts w:ascii="Arial" w:hAnsi="Arial"/>
      <w:color w:val="00000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Odpoved ali premor naročnine</dc:title>
  <dc:subject>Srebrno srce spletne vsebine in pogoji</dc:subject>
  <dc:creator>Zavod Jutro, Kočevje, so.p.</dc:creator>
  <cp:keywords/>
  <dc:description>generated by python-docx</dc:description>
  <cp:lastModifiedBy>Alex</cp:lastModifiedBy>
  <cp:revision>2</cp:revision>
  <dcterms:created xsi:type="dcterms:W3CDTF">2026-09-14T07:29:00Z</dcterms:created>
  <dcterms:modified xsi:type="dcterms:W3CDTF">2026-09-14T07:29:00Z</dcterms:modified>
  <cp:category/>
</cp:coreProperties>
</file>